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1086: 姐妹数对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10792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给定两个不同的正整数 x,y，若 x+y 能被 3 除尽或能被 7 除尽，则称 x,y 为姐妹数对。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2,4、2,5，为姐妹数对。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3,14，不是姐妹数对。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那么，对给出的一个整数 n(1 ≤ n ≤ 100) ， 1,2,⋯,n 之间有多少个姐妹数。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 1 ∼ n 之间姐妹数对的个数。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