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1085: 寻找雷劈数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23336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把整数 3025 从中剪开分为 30 和 25 两个数，此时再将这两数之和平方，计算结果又等于原数。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(30+25) × (30+25)=55 × 55=3025 ，这样的数叫“雷劈数”。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求所有符合这样条件的四位数。 (ab+cd) × (ab+cd)=abcd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若干行，每行一个雷劈数，从小到大输出。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