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1084: 因子求和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已知一个正整数 N（ 20 ≤ N ≤ 800000000 ），请你编写程序求出该数的全部因子（不包括 1 和 n ）的和。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 n 的因子和。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