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1082: 猴子吃桃子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15535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猴子吃桃子问题：猴子第一天摘下若干个桃子，当即吃了一半还不过瘾，又多吃了一个；第二天又将剩下的桃子吃掉一半又多吃了一个；以后每天早上都吃了前一天剩下的一半零一个。到了第十天想再吃时，见只剩下一个桃子，求第一天共摘了多少个桃子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一个整数，第一天共有多少个桃子。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