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1079: 三角形的个数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从键盘输入整数 L，统计出边长为整数，周长为 L 的不是等边三角形的个数。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整数 L ( 3 ≤ L ≤ 32767 )。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三角形个数。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