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1074: 小青蛙回来了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1074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9808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关于小青蛙爬井的故事，你应该早就听过了：井深 10 尺，小青蛙从井底向上爬，每个白天向上爬 3 尺，每个晚上又滑下来 2 尺，然后问你第几天它能爬上来。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答案是第 8 天。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现在，那只著名的小青蛙又回来了，它现在每个白天已经可以向上爬 m（2 ≤ m ≤ 10 ）尺了，当然，晚上还是要下滑 n（1 ≤ n &lt; m ）尺的。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如果告诉你井深 h（10 ≤ h ≤ 200 ）尺，请计算一下，现在，它第几天可以爬上来。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有三个整数，分别表示 m、 n、 h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只有一个整数，表示第几天可以爬上来。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3 2 10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