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1071: 字符图形7-星号菱形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1071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16933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嵌套循环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输入一个整数 n ，请打印出 n*2+1 行的字符图形。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一个整数（0 &lt; n &lt; 10）。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一个字符图形，如输入 2 ，则产生 5 行的菱形（为方便找规律，这里将空格用 □ 替代，实际输出，请输出空格）。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×××××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□×××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□□×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2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*****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***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