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1068: 字符图形4-星号正三角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24626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 0 &lt; n &lt;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一个字符图形，例如，输入 3 ，则输出图形如下：（为方便统计， □ 代表空格， × 代表  *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n=4 ,输出如下：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×××××××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n=5 ,输出如下：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□□□×××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□×××××××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×××××××××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