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1066: 字符图形2-星号直角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32320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打印字符图形。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 0 &lt; n &lt; 10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