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1063: 素数的个数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1063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11797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编程求正整数 M 与 N 之间的所有素数的个数。（ 1 ≤ M ≤ N ≤ 30000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输入只有一行，包括 2 个整数 M,N ，之间用一个空格分开。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输出只有一行（这意味着末尾有一个回车符号），包括 1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1 20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