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1062: 求落地次数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20522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小球从 100 米高处自由落下，着地后又弹回高度的一半再落下。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经过多少次落地后，小球弹起的高度才会低于 0.5 米？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