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1060: 判奇偶求和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1060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简单循环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12216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简单循环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输入一个正整数 n ，如果 n 是奇数，则求 1 ∼ n 之间所有的偶数之和；如果 n 是偶数,则求 n 所有的约数之和(包括 1 和本身)。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一行，一个整数 n （ 1 &lt; n &lt; 5000)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一行，一个整数。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