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1056: 所有不超过1000的数中含有数字3的自然数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编程求出所有不超过 1000 的数中，含有数字 3 的自然数，并统计总数。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