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1055: 求满足条件的整数个数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1055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23503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1 ∼ n 中，找出能同时满足用 3 除余 2 ，用 5 除余 3 ，用 7 除余 2 的所有整数的个数，如果没有请输出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n(1 ≤ n ≤ 2000)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