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1051: 填数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1051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3531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由于小星同学上课不专心，今天老师布置了几道数学题目他不会解答了。怎么办呢？这下他可发愁了！请热心的你来帮帮他。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题目是给你一组有规律序列的前面 3 个整数，请你给出它后面跟着的 3 个整数，如：1,2,4,___,___,___。这个是等比数列，后面应该是 8,16,32 。（等比数列可以简单理解为相邻两项的比值（商））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如果是1,2,3,___,___,___。这是个等差数列，后面应该是4,5,6 。（等差数列可以简单理解为相邻两项的差值一定）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现在小星已经知道这串序列要么是等比数列，要么是等差数列。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一行： 3 个整数 a1，a2，a3 。（ 0 ≤ a1 ≤ a2 ≤ a3 ≤ 100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一行： 3 个整数，之间用一个空格隔开。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1 2 4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8 16 32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