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1049: 汉译英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1049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分支问题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22523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分支问题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输入某个整数，如果输入的整数在 1 ∼ 9 范围内，则输出相对应的单词，否则输出 out。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一行，一个整数 n 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整数 n 相对应的小写英文单词或 out 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1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one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