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1048: 猜拳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1048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5934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 T 和小 K 在同一个小组，平时两人非常友爱，可每当轮到他们小组值日时，两人经常会为了扫地擦黑板之类的小事起争执，一旦争执起来，他们就通过古老的猜拳游戏石头、剪刀、布来决定胜负，胜的一方获得优先选择权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如小 T 胜了他总是选择擦黑板，因为他长得人高手长，擦起黑板来挥洒自如，相对而言扫地就费劲多了，由于扫帚很短，他要把腰弯得很低才能扫到地面。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令小 T 烦恼的是他总是输多胜少，原因是小 K 常常在最后时刻变换手势，明明开始时是石头，可到了小 T 面前又变成了剪刀。小 T 想了很久也没能想出什么好办法，直到有一天小T 去莱蒙看了电影《非诚勿扰》，影片中介绍了科学家秦奋发明“分歧终端机”的事迹，小 T 看完后深受启发，一回家就立刻着手制作起自己的“分歧终端机”来。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 T 的“分歧终端机”形状是一个全封闭的长方体盒子，盒子的上表面装有一个电子显示屏，用来显示结果，左右两侧各有一个开口，以供两位选手把手伸进去出招，盒子内部被一块木板隔成了左右两部分，两部分都装了一个键盘，键盘上有3个键，上面标有数字 1、2、3 ，分别代表石头、剪刀、布。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如果选手要出石头则按 1 号键，要出剪刀则按 2 号键，要出布则按 3 号键。猜拳开始前小 T 和小 K 分别在“分歧终端机”左右两侧入座，然后各伸一只手进去，此时小 T 会大喊一声“开始”，两位选手随即根据自己的意愿去按相应的键，如果第一次两人按的键相同，则不分胜负，继续第二次按键，直到决出胜负为止。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 T 因忙于硬件的采购和制作，顾不上给“分歧终端机”写判断胜负的程序，他希望你来帮他完成这个任务，这个任务非常简单，你可不能让小 T 失望哦～。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仅有一行包含两个用空格隔开的不超过 3 的自然数，表示小 T 和小 K 所按键上的数字，1 表示石头，2 表示剪刀， 3 表示布。游戏规则是石头胜剪刀，剪刀胜布，布胜石头。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仅有一行输出本次猜拳的结果，如果小T胜则输出 win，如果小T输则输出 lose ，如果两人不分胜负则输出 tie 。注意输出时都用小写字母，引号不要输出。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1 2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win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