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1046: 是否是连续奇数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《贫民窟的百万富翁》获得 2009 年美国奥斯卡最佳影片，影片的主人公是一个叫贾马尔的小男孩，他在贫民窟长大，后来他参加了一档印度版的《谁想成为百万富翁》电视直播节目，他的特殊成长经历居然使他能够回答这个节目中的每一个问题，最后成功获得百万奖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其中有一个题目是这样的：读入四个整数（ 0 &lt; 每个整数 &lt; 50000 ），判断这四个整数能否构成连续的四个奇数，如果可以就输出三行，每行一个等式，每个等式都满足“前一个数 +2= 后一个数”，否则请将这四个整数从大到小输出（数据之间以一个空格隔开）。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一行，四个空格隔开的整数。（ 0 &lt;  每个整数 &lt; 50000 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三行，每行一个等式 或 一行，从大到小排列的 4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17 13 11 15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11+2=13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13+2=15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15+2=17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