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1041: 判断三个整数是否相邻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判断三个整数是否相邻，是输出 TRUE，否则输出FALSE。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输入只有一行，包括3个整数。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TRUE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三个整数不一定是有序的，例如：1 3 2，是相邻的数！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