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1040: 求三个数的大小顺序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输入三个数，按由大到小顺序打印出来。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3 个整数，之间用一个空格分开。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3 个整数，之间用一个空格分开。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3 8 2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8 3 2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