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1039: 求三个数的最大数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40762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已知有三个不等的数，将其中的最大数找出来。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3 个整数。之间用一个空格分开。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1 5 8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