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1037: 恐龙园买门票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31901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恐龙园买门票，身高低于 1.3 米购儿童票( 60元 )，否则成人票 120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试编写一个程序，输入身高，输出相应的门票价格。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一行，一个人的身高。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1.1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