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1036: 简单判断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读入三个整数 a、b、c （ 0 &lt; a ， b，c &lt; 10000 ），数据之间用空格隔开，如果前两个数 a、b 的和大于第三个数 c，那么就输出yes，否则就输出no。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一行，三个整数 a b c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 or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5 6 7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