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1035: 判断成绩等级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33580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输入某学生成绩，如果 86 分以上(包括 86 分）则输出 VERY GOOD ，如果在 60 到 85 之间的则输出  GOOD (包括 60 和 85 )，小于 60 的则输出 BAD。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GOOD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