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1034: 两数比大小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43328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A，B 两个不相等的数，请将其中较大数打印出来。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2 个整数。之间用一个空格分开。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45 78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