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1029: 倒序输出一个四位整数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1029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基础问题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33281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基础问题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任意读入一个四位整数，颠倒后输出。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输入一行，只有一个整数 x(1000 ≤ x  ≤ 9999)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输出只有一行，包括 1 个整数。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