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1026: 求商数和余数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14597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a,b 两个整数，编程求出 a 除以 b 得到的商和余数。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输入一行，只有两个整数(中间有空格)。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输出只有一行，两个整数(中间有空格)。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7 3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两个整数数据范围 (1 ∼ 1000)内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