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1025: 兑换硬币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1025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15813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用一张一元票换 1 分、2 分和 5 分的硬币，每种至少一枚，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问有几种换法？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输出只有一行（这意味着末尾有一个回车符号），包括 1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