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1024: 购买文具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1024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14379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新学年就要开始了，爸爸把 N元钱给了小青，让他购买一批文具，并作了以下要求：只能买圆珠笔、铅笔和铅笔芯，并且每样至少买一支，总数要超过 30 支，而且钱要全部花完。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当小青去到文具店时，发现圆珠笔 8 角钱一支、铅笔 2 角钱一支、铅笔芯 1 角钱一支。小青怎么买才能符合爸爸的要求呢？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请你编个程序帮他算出符合购买要求的所有方案总数。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N，表示购买文具一共的元数。（ 1 ≤ N ≤ 50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一个整数，即符合购买要求的所有方案总数。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