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1016: 买小猫小狗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20892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某动物饲养中心用 X 元专款购买小狗(每只 A 元)和小猫(每只B 元)两种小动物。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要求专款专用，(至少猫狗各一)，正好用完。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请求出方案的总数。如没有请输出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输入一行，只有三个整数，分别为 X,A,B。( 100 &lt; X &lt; 32768，  1 ≤ A ≤ 100，1 ≤  B ≤ 100 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1700 31 21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