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1015: 鸡兔同笼问题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30084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鸡兔同笼问题：一个笼子里面有鸡若干只，兔若干只。共有头 50 个，共有腿 160 条。求鸡兔各多少只？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6.2.32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两个整数，在一行。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鸡的只数 兔的只数。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中间空格隔开！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