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1014: 编程求1+1/2+1/3+...+1/n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1014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简单循环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27974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简单循环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编程求 1+1/2+1/3+ ⋯ +1/n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输入一行，只有一个整数 n(1 ≤ n ≤ 200)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输出只有一行（这意味着末尾有一个回车符号），包括 1 个实数。(保留 3 位小数)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5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2.283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