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1013: 一个六位数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有一个六位数，其个位数字 7 ，现将个位数字移至首位（十万位），而其余各位数字顺序不变，均后退一位，得到一个新的六位数，假如新数为旧数的 4 倍，求原来的六位数。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原来的六位数。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