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1009: 数组逆序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24994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 n 个整数，将其逆序输出。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（3 ≤ n ≤ 100 )代表数的个数。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个整数（空格隔开）（这些数在 0 ∼ 10^6 之间)。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个整数（空格隔开）。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5 7 1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