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1007: 统计大写英文字母的个数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算算以 '.' 结束的一串字符中含有多少个大写的英文字母。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输入一串字符（长度不超过 80 ），以 '.' 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输出一行，即这串字符中大写字母的个数。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PRC,PRC,I'm from China.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