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1006: 打印星号三角形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1006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13033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打印星号三角形。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输入只有一行，包括 1 个整数 n ， n 代表行数。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n 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        *        *</w:t>
      </w:r>
    </w:p>
    <w:p>
      <w:pPr>
        <w:spacing w:before="40" w:after="40"/>
        <w:ind w:left="1152"/>
      </w:pPr>
      <w:r>
        <w:rPr>
          <w:rFonts w:ascii="Consolas" w:hAnsi="Consolas"/>
          <w:sz w:val="18"/>
        </w:rPr>
        <w:t xml:space="preserve">   ***      ***      ***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*****    *****    *****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*******  *******  *******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***************************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