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1005: 已知一个圆的半径，求解该圆的面积和周长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40742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已知一个圆的半径，求解该圆的面积和周长。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输入只有一行，只有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输出只有两行，一行面积，一行周长。（保留两位小数）。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令 pài=3.1415926。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3.14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6.28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圆的面积和周长求解公式分别如下；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圆的面积 S = π ×  半径  × 半径；（ π 读作 pài ， π = 3.1415926 ⋯ ，在具体的题目中 π 的值精确到小数点后多少位，取决于具体的题目）。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圆的周长 C = π × 2 ×  半径。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