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1004: 编程求1*2*3*...*n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45810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 1 × 2  × 3 ×  ⋯ ×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n(1 ≤ n ≤ 10)；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