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1003: 编程求1+3+5+...+n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1003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45853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编程求 1+3+5+ ⋯ +n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输入一行，只有一个整数 n (1 ≤ n &lt; 10000) 这里 n 为奇数。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2500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