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6140: 乘积（multiply）</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6140</w:t>
            </w:r>
          </w:p>
        </w:tc>
      </w:tr>
      <w:tr>
        <w:tc>
          <w:tcPr>
            <w:tcW w:type="dxa" w:w="4320"/>
          </w:tcPr>
          <w:p>
            <w:r>
              <w:t>标签</w:t>
            </w:r>
          </w:p>
        </w:tc>
        <w:tc>
          <w:tcPr>
            <w:tcW w:type="dxa" w:w="4320"/>
          </w:tcPr>
          <w:p>
            <w:r>
              <w:t>科大国创杯</w:t>
            </w:r>
          </w:p>
        </w:tc>
      </w:tr>
      <w:tr>
        <w:tc>
          <w:tcPr>
            <w:tcW w:type="dxa" w:w="4320"/>
          </w:tcPr>
          <w:p>
            <w:r>
              <w:t>难度</w:t>
            </w:r>
          </w:p>
        </w:tc>
        <w:tc>
          <w:tcPr>
            <w:tcW w:type="dxa" w:w="4320"/>
          </w:tcPr>
          <w:p>
            <w:r>
              <w:t>入门</w:t>
            </w:r>
          </w:p>
        </w:tc>
      </w:tr>
      <w:tr>
        <w:tc>
          <w:tcPr>
            <w:tcW w:type="dxa" w:w="4320"/>
          </w:tcPr>
          <w:p>
            <w:r>
              <w:t>正确</w:t>
            </w:r>
          </w:p>
        </w:tc>
        <w:tc>
          <w:tcPr>
            <w:tcW w:type="dxa" w:w="4320"/>
          </w:tcPr>
          <w:p>
            <w:r>
              <w:t>0</w:t>
            </w:r>
          </w:p>
        </w:tc>
      </w:tr>
      <w:tr>
        <w:tc>
          <w:tcPr>
            <w:tcW w:type="dxa" w:w="4320"/>
          </w:tcPr>
          <w:p>
            <w:r>
              <w:t>来源</w:t>
            </w:r>
          </w:p>
        </w:tc>
        <w:tc>
          <w:tcPr>
            <w:tcW w:type="dxa" w:w="4320"/>
          </w:tcPr>
          <w:p>
            <w:r>
              <w:t>“科大国创杯”2026 年安徽省青少年信息学科普日活动 中学组</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小可可有一个正整数序列，他想知道能否在这个序列中找出连续一段数字的乘积等于一个正整数 x。</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第一行两个正整数 n, x 表示序列长度和乘积。</w:t>
      </w:r>
    </w:p>
    <w:p>
      <w:pPr>
        <w:spacing w:before="40" w:after="40"/>
        <w:ind w:left="720"/>
      </w:pPr>
      <w:r>
        <w:rPr>
          <w:rFonts w:ascii="Consolas" w:hAnsi="Consolas"/>
          <w:sz w:val="18"/>
        </w:rPr>
        <w:t>第二行 n 个正整数 a_1, ..., a_n 表示小可可的序列。</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如果找不出连续一段数字的乘积等于 x，输出 -1，否则输出两个数 l, r（l ≤ r）表示  a_l × a_{l+1} × ... × a_r = x。</w:t>
      </w:r>
    </w:p>
    <w:p>
      <w:pPr>
        <w:spacing w:before="40" w:after="40"/>
        <w:ind w:left="720"/>
      </w:pPr>
      <w:r>
        <w:rPr>
          <w:rFonts w:ascii="Consolas" w:hAnsi="Consolas"/>
          <w:sz w:val="18"/>
        </w:rPr>
        <w:t>如果 l, r 不止一组，请输出 l 最小的；如果最小的 l 相同，请输出 r 最小的。</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【输入输出样例 3 ∼ 4】</w:t>
      </w:r>
    </w:p>
    <w:p>
      <w:pPr>
        <w:spacing w:before="40" w:after="40"/>
        <w:ind w:left="720"/>
      </w:pPr>
      <w:r>
        <w:rPr>
          <w:rFonts w:ascii="Consolas" w:hAnsi="Consolas"/>
          <w:sz w:val="18"/>
        </w:rPr>
        <w:t>见选手目录下的 multiply/multiply*.in 与 multiply/multiply*.ans。</w:t>
      </w:r>
    </w:p>
    <w:p>
      <w:pPr>
        <w:spacing w:before="40" w:after="40"/>
        <w:ind w:left="720"/>
      </w:pPr>
      <w:r>
        <w:rPr>
          <w:rFonts w:ascii="Consolas" w:hAnsi="Consolas"/>
          <w:sz w:val="18"/>
        </w:rPr>
        <w:t>【数据范围】</w:t>
      </w:r>
    </w:p>
    <w:p>
      <w:pPr>
        <w:spacing w:before="40" w:after="40"/>
        <w:ind w:left="720"/>
      </w:pPr>
      <w:r>
        <w:rPr>
          <w:rFonts w:ascii="Consolas" w:hAnsi="Consolas"/>
          <w:sz w:val="18"/>
        </w:rPr>
        <w:t>对于 30% 的数据，n = 2。</w:t>
      </w:r>
    </w:p>
    <w:p>
      <w:pPr>
        <w:spacing w:before="40" w:after="40"/>
        <w:ind w:left="720"/>
      </w:pPr>
      <w:r>
        <w:rPr>
          <w:rFonts w:ascii="Consolas" w:hAnsi="Consolas"/>
          <w:sz w:val="18"/>
        </w:rPr>
        <w:t>对于另外 30% 的数据，x = 1。</w:t>
      </w:r>
    </w:p>
    <w:p>
      <w:pPr>
        <w:spacing w:before="40" w:after="40"/>
        <w:ind w:left="720"/>
      </w:pPr>
      <w:r>
        <w:rPr>
          <w:rFonts w:ascii="Consolas" w:hAnsi="Consolas"/>
          <w:sz w:val="18"/>
        </w:rPr>
        <w:t>对于 100% 的数据，n ≤ 100, 1 ≤ a_i,x ≤ 10^4。</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