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6138: 贪吃巧克力（eat）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科大国创杯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“科大国创杯”2026 年安徽省青少年信息学科普日活动 小学组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小可购买了一块长条状巧克力，共有 n 格，每一格巧克力美味度为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某一天她的开心值为 p，幸运数为 x，当天剩余的 k 格巧克力美味度新编为 a_0, a_1, ⋯, a_{k-1}，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小可可以计算出第 i 格巧克力的契合度 b_i 等于 a_i × a_{(i+p)} mod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注：上文中的 x mod y 表示 x 除以 y 所得的余数，和 C 语言中的 x % y 效果一致。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她打算从一端开始吃巧克力，直到吃掉契合度为 x 的格（如果没有这样的格，那就吃完整个巧克力）。但是她想少吃一点巧克力，于是她从第一天开始每天给你 p, x 你要回答她是从左边吃还是从右边吃更少，以及要吃多少个，或者报告巧克力被吃完了。如果从左边吃和从右边吃，所吃的格数一样，那小可可更愿意从左边吃。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从文件 eat.in 读取数据。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C 表示测试点编号。对于样例 1 满足 C =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第二行两个整数 n,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n 个整数用空格隔开，第 i 个数表示第 i 个巧克力的美味度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行，每行两个非负整数 p, x，表示第 1 ∼ m 天小可可以给你的 p,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保证小可可最早在第 m 天吃光巧克力。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输出到文件 eat.out 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m 行，每行格式只可能为以下几种中的一种：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L: 表示从左边吃 x 格巧克力。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R: 表示从右边吃 x 格巧克力。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F: 表示吃完了。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2 3 4 3 2 3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114 514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~ 5】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eat/eat*.in 与 eat/eat*.ans。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样例中的 C 代表这组样例对应的实际测试点，其数据范围一致。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样例2345C1279【数据范围】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对于所有测试数据，均有：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n, m, p ≤ 10^6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x ≤ 10^{18}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a_i ≤ 10^9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且都为非负整数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测试点信息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测试点n, m ≤特殊性质110无2 ~ 55 × 10^3无610^6A7, 810^6B9, 1010^6无特殊性质说明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性质 A：所有 a_i 均相等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性质 B：每天均有 p =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8228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w1as4h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282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