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6128: 公园选址(park)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市赛常州2026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2026年常州“信息与未来”小学生编程比赛线上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红梅公园的地图形如一个 n 个节点构成的有根树，节点编号为 1 ~ n。其中，1 号节点是公园入口（也是树的根），而每一个景点都对应一个叶子节点。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作为听松楼新店长的 Childer 想要选择一个人流量适中的地方作为新店铺位置。他计划观测并统计一天内每个叶子节点的游客人数。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在观测的这一天中，将有 m 个游客依次进入公园。游客会优先选择人流量小的地方参观。具体地，对于每位游客，会重复执行如下过程：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初始时位于 1 号节点；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如果当前位于叶子节点，则停下并在该节点等待其他操作；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如果当前不是叶子节点，则在其所有儿子中选择一个，使得以该儿子为根的子树中拥有的游客数最少。若多个儿子的子树游客数相同，则选择编号最小的儿子；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移动到选中的儿子节点，继续执行第 2 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只有当前一位游客到达叶子节点停下后，下一位游客才会进入公园。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请求出观测结束后，每个节点的游客数量。注意：所有非叶子节点的游客数量必然为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第一行两个正整数 n, m，分别表示节点数量和游客总数。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行，每行两个正整数 u, v，表示 u 和 v 之间有一条边相连。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保证：2 ≤ n ≤ 10^6，1 ≤ m ≤ 10^18，1 ≤ u, v ≤ n，且给出的边构成一棵树。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 n 个整数，分别表示每个节点的游客数量。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0 0 0 0 0 3 2 2 1 2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树的结构如下：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1 (入口)</w:t>
      </w:r>
    </w:p>
    <w:p>
      <w:pPr>
        <w:spacing w:before="40" w:after="40"/>
        <w:ind w:left="1728"/>
      </w:pPr>
      <w:r>
        <w:rPr>
          <w:rFonts w:ascii="Consolas" w:hAnsi="Consolas"/>
          <w:sz w:val="18"/>
        </w:rPr>
        <w:t xml:space="preserve">       / \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2   3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 / / \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4  5 6  7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/ |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8  9 10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其中叶子节点为 6, 7, 8, 9,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位游客依次进入，最终分配到各叶子节点的数量为：节点 6 有 3 位，节点 7 有 2 位，节点 8 有 2 位，节点 9 有 1 位，节点 10 有 2 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数据点编号数据范围特殊性质1n ≤q 20, m ≤q 100完全二叉树2n ≤q 100, m ≤q 1000链状树3n ≤q 1000, m ≤q 10^4所有非叶子节点度数相同4n ≤q 5000, m ≤q 10^5无特殊性质5n ≤q 10^4, m ≤q 10^6无特殊性质6n ≤q 5 × 10^4, m ≤q 10^9无特殊性质7n ≤q 10^5, m ≤q 10^{12}无特殊性质8n ≤q 10^5, m ≤q 10^{15}无特殊性质9n ≤q 5 × 10^5, m ≤q 10^{18}无特殊性质10n ≤q 10^6, m ≤q 10^{18}无特殊性质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