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6124: 蚂蚁相遇(ant)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只蚂蚁分布在数轴上，第 i 只蚂蚁初始位置为 x_i（保证 x_i 为奇数）。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任意时刻，每只蚂蚁会选择一只“与自己不在同一位置且距离最近”的蚂蚁作为目标并朝它移动； 若满足最近距离的蚂蚁不止一只，则选择其中位置最靠左的一只。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所有蚂蚁速度相同。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当两只（或多只）蚂蚁相遇后，会立即再次按上述规则重新选择目标并继续运动，直到所有蚂蚁最终相遇到同一个位置。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可以证明，所有蚂蚁一定会相遇。请你求出最终相遇位置。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 x_1,x_2,...,x_n。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输出一个整数，表示最终相遇位置。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中，最终相遇位置为最左与最右初始位置中点：(1+9)/2=5。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中，最左位置为 -7，最右位置为 11，最终相遇位置为 (-7+11)/2=2。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数据点编号数据范围特殊性质1n ≤q 10, |x_i| ≤q 10^2输入严格递增2n ≤q 100, |x_i| ≤q 10^4位置互不相同3n ≤q 1000, |x_i| ≤q 10^5等差数列4n ≤q 5000, |x_i| ≤q 10^6大量重复位置5n ≤q 2 × 10^4, |x_i| ≤q 10^9无特殊性质6n ≤q 5 × 10^4, |x_i| ≤q 10^9无特殊性质7n ≤q 10^5, |x_i| ≤q 10^9输入严格递减8n ≤q 10^5, |x_i| ≤q 10^9不同位置数量不超过209n ≤q 2 × 10^5, |x_i| ≤q 10^9包含边界奇数值10n ≤q 2 × 10^5, |x_i| ≤q 10^9无特殊性质保证：n ≥ 2,且所有x_i均为奇数。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