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6102: 完全二叉树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6102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GESP六级26年3月树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给定一棵包含 n 个结点的有根二叉树，结点依次以 1,2,⋯,n 编号，根结点编号为 1。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对于结点 i，其左儿子的编号记为 l_i，右儿子编号记为 r_i。特别地，如果左儿子不存在则 l_i=0，如果右儿子不存在则 r_i=0。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树中每个结点都对应一棵以其为根的子树。请你求出给定有根树的所有 n 棵子树中，有多少棵子树是完全二叉树。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第一行，一个正整数 n，表示有根二叉树结点数量。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n 行，每行两个正整数 l_i,r_i，表示结点 i 的左儿子编号和右儿子编号。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输出一行，一个整数，表示所有子树中完全二叉树的数量。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说明/提示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40% 的测试点，保证 1≤q n≤q 500。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对于所有测试点，保证 1≤q n≤q 10^5。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