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6100: 有限不循环小数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GESP五级26年3月数论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(1)/(a) 可化为一个有限的，不循环的小数，则称 a 为终止数。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请你求出在 L 到 R 中终止数的数量。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输入一行，包含两个整数 L,R。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输出一行，包含一个整数，表示 L 到 R 中终止数的数量。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[2,11] 终止数有 2、4、5、8、10。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 L ≤ R ≤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