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6094: 画画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GESP二级26年3月嵌套循环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GESP， 2026年3月认证 C++2级真题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n，你需要绘制一个 n 行 n 列的正方形，绘制规则如下：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正方形的四个顶点使用 + 绘制；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除顶点外，第 1 行与第 n 行使用 - 绘制；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除顶点外，第 1 列与第 n 列使用 | 绘制；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正方形内部使用 * 绘制。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n 行，表示对应的正方形。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+---+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|***|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|***|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|***|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+---+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3 ≤q n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