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6092: 数字替换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6092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GESP一级26年3月循环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GESP， 2026年3月认证， C++1级真题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Alice 不喜欢数字 4，但觉得数字 8 寓意好，她想把数中的 4 全都替换成 8，若数中不含 4 则无需修改，你能帮帮她吗？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输入一行，包含一个整数 A，表示替换前的数。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输出一行，包含一个整数 B，表示替换后的数。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对于样例 1，输入 8459045 中有两个 4，都将其替换为了 8，得到 8859085。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对于样例 2，输入 123 中不包含 4，无需修改输入数字，输出 123。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 0≤q A≤q 10^8。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