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6091: 交朋友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6091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GESP一级26年3月分支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158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GESP，2026年3月认证， C++1级真题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Alice 班上共有 4 个小朋友，身高分别为 H_1, H_2, H_3, H_4，其中 Alice 的身高为 H_1。Alice 想要和身高最接近她的人交朋友，如果有多个人符合条件，则 Alice 想和其中较矮的那一人做朋友，你能告诉她这个人的身高是多少吗？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输入共 4 行，第 i 行包含一个整数 H_i，表示班上小朋友的身高。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 1 行，包含一个整数 h，表示 Alice 想交的朋友的身高。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150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165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135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133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135</w:t>
      </w:r>
    </w:p>
    <w:p>
      <w:pPr>
        <w:pStyle w:val="Heading1"/>
      </w:pPr>
      <w:r>
        <w:t>提示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样例解释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样例 1 中，Alice 身高为 150，第 2、3 个小朋友与 Alice 身高差距为 15，同样最接近，Alice 选较矮的一个即第 3 个身高为 135 的小朋友交朋友。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数据范围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保证 100 ≤q H_i ≤q 199 且 H_i 互不相同。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