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6090: 山之谷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二维数组GESP四级26年3月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现有一片山地，可以视为一个 N 行 M 列的网格图，第 i 行 j 列的海拔为 h_{i,j}。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如果一个单元格的海拔不高于其所有相邻单元格（相邻包括上、下、左、右、左上、右上、左下、右下，最多 8 个方向）的海拔，则称该单元格为山谷。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请你数一数该片山地中有多少山谷。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 2 个整数 N, M，表示山地的大小。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 行，每行包含 M 个整数 h_{i,1}, h_{i,2}, ·s, h_{i,M}，表示海拔。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1 行，包含 1 个整数 C，表示山谷的数量。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7 6 6 7 9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6 5 6 7 6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6 5 7 8 9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如图所示，绿色单元格代表山谷：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1 ≤q N, M ≤q 100，1 ≤q h_{i,j} ≤q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59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b23qp86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908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