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6069: 九头鸟和九尾鸟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市赛南京2025循环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小铭在看一本神话传说，“在一片神秘的森林中，住着九头鸟 (九头一尾) 和九尾鸟 (九尾一头) ，据说有人可以清楚地看到两种鸟的头和尾”，请帮忙统计九头鸟的个数。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一行，包含两个整数 h 和 t，分别表示两种鸟的头和尾总数。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一行，包含一个整数，表示九头鸟的个数。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样例1说明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3只九头鸟和2只九尾鸟共有29(27+2)个头和21(18+3)个尾。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样例2说明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37只九头鸟和48只九尾鸟共有381(37×9+48)个头和469(48×9+37)个尾。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所有数据满足  0 &lt; h,t &lt; 10^{6} ，且保证合法 (即 h,t 保证由整数个九头鸟和九尾鸟观察而得)。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